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מונחי יסוד מרכזיים בניתוח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מונחים כמו רמיזה, דימוי ומטאפורה בתוך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הסבר מונחים בלשון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התייחסות קצרה לטקסט או דמות 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ייחוס תכונות אדם או בעל חיים לדבר דומם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מחברת את השיר לטקסט או אירוע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כמו מאפיינת דימוי, לא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(התייחסות קצרה לטקסט או דמות מוכרים)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עם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(השוואה סמויה ללא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על צלילים בסוף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שני מונחים, יסביר אותם במילים פשוטות ויביא דוגמה הגיונית התואמת להגדרה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רמיזה - התייחסות לטקסט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דמיון,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חפץ דומם מתואר כבעל תכונות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כרטיסיות המונחים כחימום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ההבדל בין דימוי למטאפורה בעזרת דוגמאות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דוגמאות מתוך שירים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נחזור על מונחי יסוד בשירה הנלמדים לקראת הבגרות, בדומה לכרטיסיות המונחים באתר. נתרגל זיהוי מונחים, הגדרתם והבדלים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רמיזה  ·  דימוי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רמיזה (אלוזיה)?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 על צליל בסוף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התייחסות קצרה לטקסט או דמות מוכרים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סדר קבוע של הברות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הנפשה?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 על מילה בתחילת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ייחוס תכונות אדם או בעל חיים לדבר דומם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סדר הברות קבוע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רמיזה מוסיפה לשיר שכבת משמעות נוספת.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מטאפורה תמיד כוללת את המילה כמו.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שיר מתייחס לדמות מהמקרא כדי להוסיף משמעות, מדובר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השוואה הכוללת את המילה כ-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השוואה עם מילת 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סמויה ללא מילת 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חזרה על צלילים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התייחסות קצרה לטקסט או דמות מוכרים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שניים מהמונחים שלמדתם וכתבו כיצד הם יכולים לבוא לידי ביטוי בשיר, לפי דוגמה מדומיינת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רמיזה?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יסוד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