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מונחי יסוד בשירה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מונחי יסוד מרכזיים בניתוח שירה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מונחים כמו רמיזה, דימוי ומטאפורה בתוך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להתאמן על הסבר מונחים בלשון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התייחסות קצרה לטקסט או דמות מוכרים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בדימוי יש מילת דמיון, במטאפורה אין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ייחוס תכונות אדם או בעל חיים לדבר דומם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חזרה על אותה מילה בתחילת כמה 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הקול שמספר את השיר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מחברת את השיר לטקסט או אירוע 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המילה כמו מאפיינת דימוי, לא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חריזה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ההגדרה של הנפשה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הדובר יכול להיות דמות בדויה ולא המשורר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רמיזה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חריזה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הנפשה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אנפורה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מונח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(התייחסות קצרה לטקסט או דמות מוכרים)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(השוואה עם מילת דמיון)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(השוואה סמויה ללא מילת דמיון)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(חזרה על צלילים בסוף שורות)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(ייחוס תכונות אדם לדבר דומם)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שני מונחים, יסביר אותם במילים פשוטות ויביא דוגמה הגיונית התואמת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להוסיף משמעות נוספת, ליצור הקשר תרבותי ולהעשיר את השיר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רמיזה - התייחסות לטקסט מוכר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כולל מילת דמיון, מטאפורה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שבה חפץ דומם מתואר כבעל תכונות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עם כרטיסיות המונחים כחימום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יחד על ההבדל בין דימוי למטאפורה בעזרת דוגמאות מהלוח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להביא דוגמאות מתוך שירים שנלמדו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מונחי יסוד בשירה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שוב מילים חשובות שעוזרות להבין שיר. נתרגל להבין מה הן אומרות ולזהות אותן.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רמיזה (אלוזיה)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התייחסות קצרה בשיר לטקסט, דמות או אירוע מוכרים, שמוסיפה משמעות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באמצעות מילת דמיון כמו כ-, כמו, דומה ל-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מטאפורה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סמויה בין שני דברים בלי מילת דמיון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חריזה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על צלילים דומים בסוף שורות 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משקל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קבוע של הברות מוטעמות ולא מוטעמות בשיר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הנפשה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ייחוס תכונות של אדם או בעל חיים לדבר דומם או מופשט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על אותה מילה או צירוף בתחילת כמה שורות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דובר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הקול או הדמות שמספרים את השיר ומביעים את תוכנו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רמיזה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 על צליל בסוף 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התייחסות קצרה לטקסט או דמות מוכרים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סדר קבוע של הברות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ייחוס תכונות אדם לחפץ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במה דימוי שונה ממטאפורה?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בדימוי יש מילת דמיון, במטאפורה אין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במטאפורה יש חריזה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בדימוי אין השוואה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הנפשה?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 על מילה בתחילת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ייחוס תכונות אדם או בעל חיים לדבר דומם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סדר הברות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חריזה בסוף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זו אנפורה?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 על אותה מילה בתחילת כמה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השוואה בין שני 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קול המספר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סדר הברות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זה הדובר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החריזה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הקול שמספר את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הדמיון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המשקל של השיר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רמיזה מוסיפה לשיר שכבת משמעות נוספת.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מטאפורה תמיד כוללת את המילה כמו.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חריזה היא חזרה על צלילים דומים בסוף שורות.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הנפשה מתארת חפץ דומם כבעל תכונות אנושיות.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גוף דובר הוא תמיד המשורר 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שיר מתייחס לדמות מהמקרא כדי להוסיף משמעות, מדובר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השוואה הכוללת את המילה כ-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חזרה על צלילים דומים בסוף שורות שיר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כאשר עץ מתואר כאילו הוא בוכה, זו דוגמה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חזרה על אותה מילה בתחילת כמה שורות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מונח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רמיזה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השוואה עם מילת דמיון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התייחסות קצרה לטקסט או דמות מוכרים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ייחוס תכונות אדם לדבר דומם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חריזה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השוואה סמויה ללא מילת דמיון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הנפשה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חזרה על צלילים בסוף שורות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שניים מהמונחים שלמדתם וכתבו כיצד הם יכולים לבוא לידי ביטוי בשיר, לפי דוגמה מדומיינת משלכם.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משוררים משתמשים ברמיזות לטקסטים מוכרים כמו המקרא?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רמיזה?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דימוי למטאפורה?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להנפשה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מונחי יסוד בשירה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