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מונחי יסוד מרכזיים בניתוח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כמו רמיזה, דימוי ומטאפורה בתוך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הסבר מונחים בלשון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התייחסות קצרה לטקסט או דמות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בדימוי יש מילת דמיון, במטאפורה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ייחוס תכונות אדם או בעל חיים לדבר דומם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 על אותה מילה בתחילת כמה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הקול שמספר את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מחברת את השיר לטקסט או אירוע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כמו מאפיינת דימוי, לא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חריזה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הנפשה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הדובר יכול להיות דמות בדויה ולא המשורר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(התייחסות קצרה לטקסט או דמות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עם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סמויה ללא מילת 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על צלילים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(ייחוס תכונות אדם לדבר דומם)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שני מונחים, יסביר אותם במילים פשוטות ויביא דוגמה הגיונית התואמת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להוסיף משמעות נוספת, ליצור הקשר תרבותי ולהעשיר את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רמיזה - התייחסות לטקסט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דמיון,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חפץ דומם מתואר כבעל תכונות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כרטיסיות המונחים כחימום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ההבדל בין דימוי למטאפורה בעזרת דוגמאות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דוגמאות מתוך שירים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מונחי יסוד בשירה הנלמדים לקראת הבגרות, בדומה לכרטיסיות המונחים באתר. נתרגל זיהוי מונחים, הגדרתם והבדלים ביניהם.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רמיזה (אלוזיה)?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צליל בסוף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התייחסות קצרה לטקסט או דמות מוכרים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סדר קבוע של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ייחוס תכונות אדם לחפץ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דימוי למטאפורה?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יש מילת דמיון, במטאפורה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במטאפורה יש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בדימוי אין השוואה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הנפשה?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ייחוס תכונות אדם או בעל חיים לדבר דומם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סדר הברות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אותה מילה בתחילת כמה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המספר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סדר הברות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גוף 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שמספר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הדמיון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המשקל של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רמיזה מוסיפה לשיר שכבת משמעות נוספת.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תמיד כוללת את המילה כמו.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חריזה היא חזרה על צלילים דומים בסוף 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הנפשה מתארת חפץ דומם כבעל תכונות אנושיות.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דובר הוא תמיד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שיר מתייחס לדמות מהמקרא כדי להוסיף משמעות, מדובר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השוואה הכוללת את המילה כ-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צלילים דומים בסוף שורות שיר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עץ מתואר כאילו הוא בוכה, זו דוגמה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חזרה על אותה מילה בתחילת כמה שורות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עם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ייחוס תכונות אדם לדבר דומם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על צלילים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ללא מילת 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הנפשה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התייחסות קצרה לטקסט או דמות 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מהמונחים שלמדתם וכתבו כיצד הם יכולים לבוא לידי ביטוי בשיר, לפי דוגמה מדומיינת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משוררים משתמשים ברמיזות לטקסטים מוכרים כמו המקרא?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רמיזה?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להנפשה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יסוד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